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/>
        <w:jc w:val="center"/>
      </w:pPr>
      <w:r>
        <w:rPr>
          <w:b/>
          <w:sz w:val="22"/>
        </w:rPr>
        <w:t>PEMERINTAH PROVINSI D.I. YOGYAKARTA</w:t>
        <w:br/>
        <w:t>DINAS PENDIDIKAN, PEMUDA, DAN OLAHRAGA</w:t>
      </w:r>
    </w:p>
    <w:p>
      <w:pPr>
        <w:spacing w:before="0" w:after="40"/>
        <w:jc w:val="center"/>
      </w:pPr>
      <w:r>
        <w:rPr>
          <w:b/>
          <w:sz w:val="28"/>
        </w:rPr>
        <w:t>SMA NEGERI 1 INDONESIA</w:t>
      </w:r>
    </w:p>
    <w:p>
      <w:pPr>
        <w:spacing w:before="0" w:after="40"/>
        <w:jc w:val="center"/>
      </w:pPr>
      <w:r>
        <w:rPr>
          <w:sz w:val="18"/>
        </w:rPr>
        <w:t>Jl. Pendidikan No. 12, Yogyakarta 55281 | Telp. (0274) 123456 | Faks. (0274) 123457</w:t>
        <w:br/>
        <w:t>Website: www.sman1indonesia.sch.id | Email: info@sman1indonesia.sch.id</w:t>
      </w:r>
    </w:p>
    <w:p>
      <w:pPr>
        <w:spacing w:before="0" w:after="160"/>
        <w:pBdr>
          <w:bottom w:val="double" w:sz="18" w:space="1" w:color="000000"/>
        </w:pBd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09"/>
        <w:gridCol w:w="2509"/>
        <w:gridCol w:w="2509"/>
        <w:gridCol w:w="2509"/>
      </w:tblGrid>
      <w:tr>
        <w:tc>
          <w:tcPr>
            <w:tcW w:type="dxa" w:w="1152"/>
            <w:tcMar>
              <w:top w:w="10" w:type="dxa"/>
              <w:bottom w:w="10" w:type="dxa"/>
              <w:left w:w="0" w:type="dxa"/>
              <w:right w:w="0" w:type="dxa"/>
            </w:tcMar>
          </w:tcPr>
          <w:p>
            <w:pPr>
              <w:spacing w:after="20" w:before="0"/>
            </w:pPr>
            <w:r>
              <w:t>Nomor</w:t>
            </w:r>
          </w:p>
        </w:tc>
        <w:tc>
          <w:tcPr>
            <w:tcW w:type="dxa" w:w="216"/>
            <w:tcMar>
              <w:top w:w="10" w:type="dxa"/>
              <w:bottom w:w="10" w:type="dxa"/>
              <w:left w:w="0" w:type="dxa"/>
              <w:right w:w="0" w:type="dxa"/>
            </w:tcMar>
          </w:tcPr>
          <w:p>
            <w:pPr>
              <w:spacing w:after="20" w:before="0"/>
            </w:pPr>
            <w:r>
              <w:t>:</w:t>
            </w:r>
          </w:p>
        </w:tc>
        <w:tc>
          <w:tcPr>
            <w:tcW w:type="dxa" w:w="5616"/>
            <w:tcMar>
              <w:top w:w="10" w:type="dxa"/>
              <w:bottom w:w="10" w:type="dxa"/>
              <w:left w:w="0" w:type="dxa"/>
              <w:right w:w="0" w:type="dxa"/>
            </w:tcMar>
          </w:tcPr>
          <w:p>
            <w:pPr>
              <w:spacing w:after="20" w:before="0"/>
            </w:pPr>
            <w:r>
              <w:t>421.3/052/SMAN.01/VII/2026</w:t>
            </w:r>
          </w:p>
        </w:tc>
        <w:tc>
          <w:tcPr>
            <w:tcW w:type="dxa" w:w="3024"/>
            <w:tcMar>
              <w:top w:w="10" w:type="dxa"/>
              <w:bottom w:w="10" w:type="dxa"/>
              <w:left w:w="0" w:type="dxa"/>
              <w:right w:w="0" w:type="dxa"/>
            </w:tcMar>
          </w:tcPr>
          <w:p>
            <w:pPr>
              <w:spacing w:after="20" w:before="0"/>
              <w:jc w:val="right"/>
            </w:pPr>
            <w:r>
              <w:t>Yogyakarta, 25 Juli 2026</w:t>
            </w:r>
          </w:p>
        </w:tc>
      </w:tr>
      <w:tr>
        <w:tc>
          <w:tcPr>
            <w:tcW w:type="dxa" w:w="1152"/>
            <w:tcMar>
              <w:top w:w="10" w:type="dxa"/>
              <w:bottom w:w="10" w:type="dxa"/>
              <w:left w:w="0" w:type="dxa"/>
              <w:right w:w="0" w:type="dxa"/>
            </w:tcMar>
          </w:tcPr>
          <w:p>
            <w:pPr>
              <w:spacing w:after="20" w:before="0"/>
            </w:pPr>
            <w:r>
              <w:t>Lampiran</w:t>
            </w:r>
          </w:p>
        </w:tc>
        <w:tc>
          <w:tcPr>
            <w:tcW w:type="dxa" w:w="216"/>
            <w:tcMar>
              <w:top w:w="10" w:type="dxa"/>
              <w:bottom w:w="10" w:type="dxa"/>
              <w:left w:w="0" w:type="dxa"/>
              <w:right w:w="0" w:type="dxa"/>
            </w:tcMar>
          </w:tcPr>
          <w:p>
            <w:pPr>
              <w:spacing w:after="20" w:before="0"/>
            </w:pPr>
            <w:r>
              <w:t>:</w:t>
            </w:r>
          </w:p>
        </w:tc>
        <w:tc>
          <w:tcPr>
            <w:tcW w:type="dxa" w:w="5616"/>
            <w:tcMar>
              <w:top w:w="10" w:type="dxa"/>
              <w:bottom w:w="10" w:type="dxa"/>
              <w:left w:w="0" w:type="dxa"/>
              <w:right w:w="0" w:type="dxa"/>
            </w:tcMar>
          </w:tcPr>
          <w:p>
            <w:pPr>
              <w:spacing w:after="20" w:before="0"/>
            </w:pPr>
            <w:r>
              <w:t>1 (satu) Berkas Lembar Persetujuan</w:t>
            </w:r>
          </w:p>
        </w:tc>
        <w:tc>
          <w:tcPr>
            <w:tcW w:type="dxa" w:w="3024"/>
            <w:tcMar>
              <w:top w:w="10" w:type="dxa"/>
              <w:bottom w:w="10" w:type="dxa"/>
              <w:left w:w="0" w:type="dxa"/>
              <w:right w:w="0" w:type="dxa"/>
            </w:tcMar>
          </w:tcPr>
          <w:p>
            <w:pPr>
              <w:spacing w:after="20" w:before="0"/>
              <w:jc w:val="right"/>
            </w:pPr>
            <w:r/>
          </w:p>
        </w:tc>
      </w:tr>
      <w:tr>
        <w:tc>
          <w:tcPr>
            <w:tcW w:type="dxa" w:w="1152"/>
            <w:tcMar>
              <w:top w:w="10" w:type="dxa"/>
              <w:bottom w:w="10" w:type="dxa"/>
              <w:left w:w="0" w:type="dxa"/>
              <w:right w:w="0" w:type="dxa"/>
            </w:tcMar>
          </w:tcPr>
          <w:p>
            <w:pPr>
              <w:spacing w:after="20" w:before="0"/>
            </w:pPr>
            <w:r>
              <w:t>Perihal</w:t>
            </w:r>
          </w:p>
        </w:tc>
        <w:tc>
          <w:tcPr>
            <w:tcW w:type="dxa" w:w="216"/>
            <w:tcMar>
              <w:top w:w="10" w:type="dxa"/>
              <w:bottom w:w="10" w:type="dxa"/>
              <w:left w:w="0" w:type="dxa"/>
              <w:right w:w="0" w:type="dxa"/>
            </w:tcMar>
          </w:tcPr>
          <w:p>
            <w:pPr>
              <w:spacing w:after="20" w:before="0"/>
            </w:pPr>
            <w:r>
              <w:t>:</w:t>
            </w:r>
          </w:p>
        </w:tc>
        <w:tc>
          <w:tcPr>
            <w:tcW w:type="dxa" w:w="5616"/>
            <w:tcMar>
              <w:top w:w="10" w:type="dxa"/>
              <w:bottom w:w="10" w:type="dxa"/>
              <w:left w:w="0" w:type="dxa"/>
              <w:right w:w="0" w:type="dxa"/>
            </w:tcMar>
          </w:tcPr>
          <w:p>
            <w:pPr>
              <w:spacing w:after="20" w:before="0"/>
            </w:pPr>
            <w:r>
              <w:rPr>
                <w:b/>
              </w:rPr>
              <w:t>Pemberitahuan &amp; Permohonan Izin Karyawisata (Study Tour)</w:t>
            </w:r>
          </w:p>
        </w:tc>
        <w:tc>
          <w:tcPr>
            <w:tcW w:type="dxa" w:w="3024"/>
            <w:tcMar>
              <w:top w:w="10" w:type="dxa"/>
              <w:bottom w:w="10" w:type="dxa"/>
              <w:left w:w="0" w:type="dxa"/>
              <w:right w:w="0" w:type="dxa"/>
            </w:tcMar>
          </w:tcPr>
          <w:p>
            <w:pPr>
              <w:spacing w:after="20" w:before="0"/>
              <w:jc w:val="right"/>
            </w:pPr>
            <w:r/>
          </w:p>
        </w:tc>
      </w:tr>
    </w:tbl>
    <w:p>
      <w:pPr>
        <w:spacing w:before="40" w:after="0"/>
      </w:pPr>
    </w:p>
    <w:p>
      <w:pPr>
        <w:spacing w:after="120"/>
      </w:pPr>
      <w:r>
        <w:rPr>
          <w:sz w:val="21"/>
        </w:rPr>
        <w:t xml:space="preserve">Yth. </w:t>
      </w:r>
      <w:r>
        <w:rPr>
          <w:b/>
        </w:rPr>
        <w:t>Bapak/Ibu Orang Tua/Wali Murid Kelas XI</w:t>
        <w:br/>
      </w:r>
      <w:r>
        <w:t>SMA Negeri 1 Indonesia</w:t>
        <w:br/>
        <w:t>di Tempat</w:t>
      </w:r>
    </w:p>
    <w:p>
      <w:pPr>
        <w:spacing w:after="60"/>
      </w:pPr>
      <w:r>
        <w:t>Dengan hormat,</w:t>
      </w:r>
    </w:p>
    <w:p>
      <w:pPr>
        <w:spacing w:after="100"/>
        <w:ind w:firstLine="504"/>
        <w:jc w:val="both"/>
      </w:pPr>
      <w:r>
        <w:t xml:space="preserve">Dalam rangka menunjang kegiatan pembelajaran kontekstual di luar kelas serta memperluas wawasan keilmuan dan kebudayaan peserta didik, SMA Negeri 1 Indonesia akan menyelenggarakan kegiatan </w:t>
      </w:r>
      <w:r>
        <w:rPr>
          <w:b/>
        </w:rPr>
        <w:t>Karyawisata Edukatif (Study Tour) Kelas XI Tahun Ajaran 2026/2027</w:t>
      </w:r>
      <w:r>
        <w:t>. Kegiatan ini dirancang terintegrasi dengan materi pembelajaran Geografi, Sejarah, dan Sains.</w:t>
      </w:r>
    </w:p>
    <w:p>
      <w:pPr>
        <w:spacing w:after="40"/>
      </w:pPr>
      <w:r>
        <w:t>Adapun rincian pelaksanaan kegiatan karyawisata tersebut adalah sebagai berikut: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18"/>
        <w:gridCol w:w="5018"/>
      </w:tblGrid>
      <w:tr>
        <w:tc>
          <w:tcPr>
            <w:tcW w:type="dxa" w:w="2592"/>
          </w:tcPr>
          <w:p>
            <w:pPr>
              <w:spacing w:after="40"/>
              <w:jc w:val="center"/>
            </w:pPr>
            <w:r>
              <w:rPr>
                <w:b/>
              </w:rPr>
              <w:t>Komponen</w:t>
            </w:r>
          </w:p>
        </w:tc>
        <w:tc>
          <w:tcPr>
            <w:tcW w:type="dxa" w:w="7416"/>
          </w:tcPr>
          <w:p>
            <w:pPr>
              <w:spacing w:after="40"/>
              <w:jc w:val="center"/>
            </w:pPr>
            <w:r>
              <w:rPr>
                <w:b/>
              </w:rPr>
              <w:t>Rincian Keterangan Pelaksanaan</w:t>
            </w:r>
          </w:p>
        </w:tc>
      </w:tr>
      <w:tr>
        <w:tc>
          <w:tcPr>
            <w:tcW w:type="dxa" w:w="2592"/>
            <w:tcMar>
              <w:top w:w="15" w:type="dxa"/>
              <w:bottom w:w="15" w:type="dxa"/>
              <w:left w:w="20" w:type="dxa"/>
              <w:right w:w="20" w:type="dxa"/>
            </w:tcMar>
          </w:tcPr>
          <w:p>
            <w:pPr>
              <w:spacing w:after="30" w:before="0"/>
            </w:pPr>
            <w:r>
              <w:rPr>
                <w:b/>
              </w:rPr>
              <w:t>Hari, Tanggal</w:t>
            </w:r>
          </w:p>
        </w:tc>
        <w:tc>
          <w:tcPr>
            <w:tcW w:type="dxa" w:w="7416"/>
            <w:tcMar>
              <w:top w:w="15" w:type="dxa"/>
              <w:bottom w:w="15" w:type="dxa"/>
              <w:left w:w="20" w:type="dxa"/>
              <w:right w:w="20" w:type="dxa"/>
            </w:tcMar>
          </w:tcPr>
          <w:p>
            <w:pPr>
              <w:spacing w:after="30" w:before="0"/>
            </w:pPr>
            <w:r>
              <w:t>Sabtu – Minggu, 15 – 16 Agustus 2026 (2 Hari 1 Malam)</w:t>
            </w:r>
          </w:p>
        </w:tc>
      </w:tr>
      <w:tr>
        <w:tc>
          <w:tcPr>
            <w:tcW w:type="dxa" w:w="2592"/>
            <w:tcMar>
              <w:top w:w="15" w:type="dxa"/>
              <w:bottom w:w="15" w:type="dxa"/>
              <w:left w:w="20" w:type="dxa"/>
              <w:right w:w="20" w:type="dxa"/>
            </w:tcMar>
          </w:tcPr>
          <w:p>
            <w:pPr>
              <w:spacing w:after="30" w:before="0"/>
            </w:pPr>
            <w:r>
              <w:rPr>
                <w:b/>
              </w:rPr>
              <w:t>Tujuan Edukasi</w:t>
            </w:r>
          </w:p>
        </w:tc>
        <w:tc>
          <w:tcPr>
            <w:tcW w:type="dxa" w:w="7416"/>
            <w:tcMar>
              <w:top w:w="15" w:type="dxa"/>
              <w:bottom w:w="15" w:type="dxa"/>
              <w:left w:w="20" w:type="dxa"/>
              <w:right w:w="20" w:type="dxa"/>
            </w:tcMar>
          </w:tcPr>
          <w:p>
            <w:pPr>
              <w:spacing w:after="30" w:before="0"/>
            </w:pPr>
            <w:r>
              <w:t>Museum Geoteknologi Yogyakarta, Taman Pintar, dan Balai Penyelidikan Sumber Daya Geologi</w:t>
            </w:r>
          </w:p>
        </w:tc>
      </w:tr>
      <w:tr>
        <w:tc>
          <w:tcPr>
            <w:tcW w:type="dxa" w:w="2592"/>
            <w:tcMar>
              <w:top w:w="15" w:type="dxa"/>
              <w:bottom w:w="15" w:type="dxa"/>
              <w:left w:w="20" w:type="dxa"/>
              <w:right w:w="20" w:type="dxa"/>
            </w:tcMar>
          </w:tcPr>
          <w:p>
            <w:pPr>
              <w:spacing w:after="30" w:before="0"/>
            </w:pPr>
            <w:r>
              <w:rPr>
                <w:b/>
              </w:rPr>
              <w:t>Armada &amp; Transportasi</w:t>
            </w:r>
          </w:p>
        </w:tc>
        <w:tc>
          <w:tcPr>
            <w:tcW w:type="dxa" w:w="7416"/>
            <w:tcMar>
              <w:top w:w="15" w:type="dxa"/>
              <w:bottom w:w="15" w:type="dxa"/>
              <w:left w:w="20" w:type="dxa"/>
              <w:right w:w="20" w:type="dxa"/>
            </w:tcMar>
          </w:tcPr>
          <w:p>
            <w:pPr>
              <w:spacing w:after="30" w:before="0"/>
            </w:pPr>
            <w:r>
              <w:t>Bus Pariwisata Eksekutif (Resmi ber-KIR aktif, laik jalan, dilengkapi fasilitas P3K &amp; APAR)</w:t>
            </w:r>
          </w:p>
        </w:tc>
      </w:tr>
      <w:tr>
        <w:tc>
          <w:tcPr>
            <w:tcW w:type="dxa" w:w="2592"/>
            <w:tcMar>
              <w:top w:w="15" w:type="dxa"/>
              <w:bottom w:w="15" w:type="dxa"/>
              <w:left w:w="20" w:type="dxa"/>
              <w:right w:w="20" w:type="dxa"/>
            </w:tcMar>
          </w:tcPr>
          <w:p>
            <w:pPr>
              <w:spacing w:after="30" w:before="0"/>
            </w:pPr>
            <w:r>
              <w:rPr>
                <w:b/>
              </w:rPr>
              <w:t>Biaya Per Peserta</w:t>
            </w:r>
          </w:p>
        </w:tc>
        <w:tc>
          <w:tcPr>
            <w:tcW w:type="dxa" w:w="7416"/>
            <w:tcMar>
              <w:top w:w="15" w:type="dxa"/>
              <w:bottom w:w="15" w:type="dxa"/>
              <w:left w:w="20" w:type="dxa"/>
              <w:right w:w="20" w:type="dxa"/>
            </w:tcMar>
          </w:tcPr>
          <w:p>
            <w:pPr>
              <w:spacing w:after="30" w:before="0"/>
            </w:pPr>
            <w:r>
              <w:t>Rp 450.000,00 (Mencakup armada bus, penginapan hotel, konsumsi 5x, tiket masuk, &amp; asuransi)</w:t>
            </w:r>
          </w:p>
        </w:tc>
      </w:tr>
      <w:tr>
        <w:tc>
          <w:tcPr>
            <w:tcW w:type="dxa" w:w="2592"/>
            <w:tcMar>
              <w:top w:w="15" w:type="dxa"/>
              <w:bottom w:w="15" w:type="dxa"/>
              <w:left w:w="20" w:type="dxa"/>
              <w:right w:w="20" w:type="dxa"/>
            </w:tcMar>
          </w:tcPr>
          <w:p>
            <w:pPr>
              <w:spacing w:after="30" w:before="0"/>
            </w:pPr>
            <w:r>
              <w:rPr>
                <w:b/>
              </w:rPr>
              <w:t>Batas Pelunasan</w:t>
            </w:r>
          </w:p>
        </w:tc>
        <w:tc>
          <w:tcPr>
            <w:tcW w:type="dxa" w:w="7416"/>
            <w:tcMar>
              <w:top w:w="15" w:type="dxa"/>
              <w:bottom w:w="15" w:type="dxa"/>
              <w:left w:w="20" w:type="dxa"/>
              <w:right w:w="20" w:type="dxa"/>
            </w:tcMar>
          </w:tcPr>
          <w:p>
            <w:pPr>
              <w:spacing w:after="30" w:before="0"/>
            </w:pPr>
            <w:r>
              <w:t>Sabtu, 8 Agustus 2026 (Dapat diangsur melalui Bendahara Panitia / Wali Kelas)</w:t>
            </w:r>
          </w:p>
        </w:tc>
      </w:tr>
    </w:tbl>
    <w:p>
      <w:pPr>
        <w:spacing w:before="100" w:after="60"/>
      </w:pPr>
      <w:r>
        <w:t>Sehubungan dengan aspek keselamatan, kenyamanan, dan akuntabilitas pelaksanaan, kami mengimbau beberapa ketentuan penting:</w:t>
      </w:r>
    </w:p>
    <w:p>
      <w:pPr>
        <w:spacing w:after="50"/>
        <w:ind w:left="360" w:hanging="360"/>
        <w:jc w:val="both"/>
      </w:pPr>
      <w:r>
        <w:t xml:space="preserve">1. </w:t>
      </w:r>
      <w:r>
        <w:t xml:space="preserve">Kegiatan Karyawisata ini </w:t>
      </w:r>
      <w:r>
        <w:rPr>
          <w:b/>
        </w:rPr>
        <w:t>bersifat TIDAK WAJIB (SUKARELA)</w:t>
      </w:r>
      <w:r>
        <w:t>. Bagi siswa yang berhalangan hadir, tidak akan dikenakan sanksi akademik apapun dan akan diberikan tugas mandiri pengganti di sekolah.</w:t>
      </w:r>
    </w:p>
    <w:p>
      <w:pPr>
        <w:spacing w:after="50"/>
        <w:ind w:left="360" w:hanging="360"/>
        <w:jc w:val="both"/>
      </w:pPr>
      <w:r>
        <w:t xml:space="preserve">2. </w:t>
      </w:r>
      <w:r>
        <w:t>Seluruh armada bus yang digunakan telah melalui uji kelayakan jalan (KIR) resmi Dinas Perhubungan dan dilengkapi pengemudi berpengalaman. Setiap rombongan bus didampingi oleh minimal 2 (dua) guru pendamping dan 1 tim medis sekolah.</w:t>
      </w:r>
    </w:p>
    <w:p>
      <w:pPr>
        <w:spacing w:after="50"/>
        <w:ind w:left="360" w:hanging="360"/>
        <w:jc w:val="both"/>
      </w:pPr>
      <w:r>
        <w:t xml:space="preserve">3. </w:t>
      </w:r>
      <w:r>
        <w:t xml:space="preserve">Mohon Bapak/Ibu Orang Tua/Wali Murid mengisi </w:t>
      </w:r>
      <w:r>
        <w:rPr>
          <w:b/>
        </w:rPr>
        <w:t>Lembar Persetujuan resmi pada Halaman 2</w:t>
      </w:r>
      <w:r>
        <w:t xml:space="preserve"> dan mengembalikannya kepada Wali Kelas paling lambat tanggal 8 Agustus 2026.</w:t>
      </w:r>
    </w:p>
    <w:p>
      <w:pPr>
        <w:spacing w:before="80" w:after="120"/>
        <w:ind w:firstLine="504"/>
        <w:jc w:val="both"/>
      </w:pPr>
      <w:r>
        <w:t>Demikian surat pemberitahuan ini kami sampaikan. Atas perhatian, kepercayaan, dan kerja sama Bapak/Ibu, kami ucapkan terima kasih.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18"/>
        <w:gridCol w:w="5018"/>
      </w:tblGrid>
      <w:tr>
        <w:tc>
          <w:tcPr>
            <w:tcW w:type="dxa" w:w="4997"/>
            <w:tcMar>
              <w:top w:w="0" w:type="dxa"/>
              <w:bottom w:w="0" w:type="dxa"/>
              <w:left w:w="0" w:type="dxa"/>
              <w:right w:w="0" w:type="dxa"/>
            </w:tcMar>
          </w:tcPr>
          <w:p>
            <w:pPr>
              <w:spacing w:after="0"/>
              <w:jc w:val="center"/>
            </w:pPr>
            <w:r>
              <w:t>Mengetahui,</w:t>
              <w:br/>
              <w:t>Wakasek Bidang Kesiswaan,</w:t>
            </w:r>
          </w:p>
        </w:tc>
        <w:tc>
          <w:tcPr>
            <w:tcW w:type="dxa" w:w="5011"/>
            <w:tcMar>
              <w:top w:w="0" w:type="dxa"/>
              <w:bottom w:w="0" w:type="dxa"/>
              <w:left w:w="0" w:type="dxa"/>
              <w:right w:w="0" w:type="dxa"/>
            </w:tcMar>
          </w:tcPr>
          <w:p>
            <w:pPr>
              <w:spacing w:after="0"/>
              <w:jc w:val="center"/>
            </w:pPr>
            <w:r>
              <w:t>Ketua Panitia Karyawisata,</w:t>
            </w:r>
          </w:p>
        </w:tc>
      </w:tr>
      <w:tr>
        <w:tc>
          <w:tcPr>
            <w:tcW w:type="dxa" w:w="4997"/>
            <w:tcMar>
              <w:top w:w="0" w:type="dxa"/>
              <w:bottom w:w="0" w:type="dxa"/>
              <w:left w:w="0" w:type="dxa"/>
              <w:right w:w="0" w:type="dxa"/>
            </w:tcMar>
          </w:tcPr>
          <w:p>
            <w:pPr>
              <w:spacing w:before="20" w:after="2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188720" cy="475488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sig_wakasek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720" cy="47548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011"/>
            <w:tcMar>
              <w:top w:w="0" w:type="dxa"/>
              <w:bottom w:w="0" w:type="dxa"/>
              <w:left w:w="0" w:type="dxa"/>
              <w:right w:w="0" w:type="dxa"/>
            </w:tcMar>
          </w:tcPr>
          <w:p>
            <w:pPr>
              <w:spacing w:before="20" w:after="2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188720" cy="475488"/>
                  <wp:docPr id="2" name="Picture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sig_panitia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720" cy="47548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type="dxa" w:w="4997"/>
            <w:tcMar>
              <w:top w:w="0" w:type="dxa"/>
              <w:bottom w:w="0" w:type="dxa"/>
              <w:left w:w="0" w:type="dxa"/>
              <w:right w:w="0" w:type="dxa"/>
            </w:tcMar>
          </w:tcPr>
          <w:p>
            <w:pPr>
              <w:spacing w:after="0"/>
              <w:jc w:val="center"/>
            </w:pPr>
            <w:r>
              <w:rPr>
                <w:b/>
                <w:u w:val="single"/>
              </w:rPr>
              <w:t>Drs. Ahmad Yani, M.Pd.</w:t>
            </w:r>
            <w:r>
              <w:br/>
              <w:t>NIP. 19700101 199512 1 001</w:t>
            </w:r>
          </w:p>
        </w:tc>
        <w:tc>
          <w:tcPr>
            <w:tcW w:type="dxa" w:w="5011"/>
            <w:tcMar>
              <w:top w:w="0" w:type="dxa"/>
              <w:bottom w:w="0" w:type="dxa"/>
              <w:left w:w="0" w:type="dxa"/>
              <w:right w:w="0" w:type="dxa"/>
            </w:tcMar>
          </w:tcPr>
          <w:p>
            <w:pPr>
              <w:spacing w:after="0"/>
              <w:jc w:val="center"/>
            </w:pPr>
            <w:r>
              <w:rPr>
                <w:b/>
                <w:u w:val="single"/>
              </w:rPr>
              <w:t>Drs. Heru Prasetyo, M.Pd.</w:t>
            </w:r>
            <w:r>
              <w:br/>
              <w:t>NIP. 19750810 200212 1 004</w:t>
            </w:r>
          </w:p>
        </w:tc>
      </w:tr>
    </w:tbl>
    <w:p>
      <w:pPr>
        <w:spacing w:before="80" w:after="20"/>
        <w:jc w:val="center"/>
      </w:pPr>
      <w:r>
        <w:t>Mengesahkan,</w:t>
        <w:br/>
        <w:t>Kepala Sekolah SMA Negeri 1 Indonesia,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18"/>
        <w:gridCol w:w="5018"/>
      </w:tblGrid>
      <w:tr>
        <w:tc>
          <w:tcPr>
            <w:tcW w:type="dxa" w:w="1440"/>
          </w:tcPr>
          <w:p>
            <w:pPr>
              <w:spacing w:after="0"/>
              <w:jc w:val="right"/>
            </w:pPr>
            <w:r>
              <w:drawing>
                <wp:inline xmlns:a="http://schemas.openxmlformats.org/drawingml/2006/main" xmlns:pic="http://schemas.openxmlformats.org/drawingml/2006/picture">
                  <wp:extent cx="868680" cy="868680"/>
                  <wp:docPr id="3" name="Picture 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stempel_sekolah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8680" cy="86868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2016"/>
          </w:tcPr>
          <w:p>
            <w:pPr>
              <w:spacing w:after="0"/>
              <w:jc w:val="left"/>
            </w:pPr>
            <w:r>
              <w:drawing>
                <wp:inline xmlns:a="http://schemas.openxmlformats.org/drawingml/2006/main" xmlns:pic="http://schemas.openxmlformats.org/drawingml/2006/picture">
                  <wp:extent cx="1188720" cy="475488"/>
                  <wp:docPr id="4" name="Picture 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sig_kepsek.pn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720" cy="47548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20" w:after="0"/>
        <w:jc w:val="center"/>
      </w:pPr>
      <w:r>
        <w:rPr>
          <w:b/>
          <w:u w:val="single"/>
        </w:rPr>
        <w:t>Hj. Rini Suwandi, M.Si.</w:t>
      </w:r>
      <w:r>
        <w:br/>
        <w:t>NIP. 19680505 199003 2 002</w:t>
      </w:r>
    </w:p>
    <w:p>
      <w:r>
        <w:br w:type="page"/>
      </w:r>
    </w:p>
    <w:p>
      <w:pPr>
        <w:spacing w:before="0" w:after="40"/>
        <w:jc w:val="center"/>
      </w:pPr>
      <w:r>
        <w:rPr>
          <w:b/>
          <w:sz w:val="24"/>
        </w:rPr>
        <w:t>PANITIA KARYAWISATA EDUKATIF (STUDY TOUR) KELAS XI</w:t>
        <w:br/>
        <w:t>SMA NEGERI 1 INDONESIA</w:t>
      </w:r>
    </w:p>
    <w:p>
      <w:pPr>
        <w:spacing w:after="80"/>
        <w:jc w:val="center"/>
      </w:pPr>
      <w:r>
        <w:rPr>
          <w:sz w:val="19"/>
        </w:rPr>
        <w:t>Tahun Ajaran 2026/2027 | Lampiran Surat Nomor: 421.3/052/SMAN.01/VII/2026</w:t>
      </w:r>
    </w:p>
    <w:p>
      <w:pPr>
        <w:spacing w:before="0" w:after="280"/>
        <w:pBdr>
          <w:bottom w:val="double" w:sz="18" w:space="1" w:color="000000"/>
        </w:pBdr>
      </w:pPr>
    </w:p>
    <w:p>
      <w:pPr>
        <w:spacing w:after="200"/>
        <w:jc w:val="center"/>
      </w:pPr>
      <w:r>
        <w:rPr>
          <w:b/>
          <w:sz w:val="24"/>
          <w:u w:val="single"/>
        </w:rPr>
        <w:t>LEMBAR PERSETUJUAN ORANG TUA / WALI MURID</w:t>
      </w:r>
    </w:p>
    <w:p>
      <w:pPr>
        <w:spacing w:after="120"/>
      </w:pPr>
      <w:r>
        <w:t>Saya yang bertanda tangan di bawah ini: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46"/>
        <w:gridCol w:w="3346"/>
        <w:gridCol w:w="3346"/>
      </w:tblGrid>
      <w:tr>
        <w:tc>
          <w:tcPr>
            <w:tcW w:type="dxa" w:w="2880"/>
            <w:tcMar>
              <w:top w:w="10" w:type="dxa"/>
              <w:bottom w:w="10" w:type="dxa"/>
              <w:left w:w="0" w:type="dxa"/>
              <w:right w:w="0" w:type="dxa"/>
            </w:tcMar>
          </w:tcPr>
          <w:p>
            <w:pPr>
              <w:spacing w:after="60" w:before="0"/>
            </w:pPr>
            <w:r>
              <w:t>Nama Orang Tua / Wali</w:t>
            </w:r>
          </w:p>
        </w:tc>
        <w:tc>
          <w:tcPr>
            <w:tcW w:type="dxa" w:w="216"/>
            <w:tcMar>
              <w:top w:w="10" w:type="dxa"/>
              <w:bottom w:w="10" w:type="dxa"/>
              <w:left w:w="0" w:type="dxa"/>
              <w:right w:w="0" w:type="dxa"/>
            </w:tcMar>
          </w:tcPr>
          <w:p>
            <w:pPr>
              <w:spacing w:after="60" w:before="0"/>
            </w:pPr>
            <w:r>
              <w:t>:</w:t>
            </w:r>
          </w:p>
        </w:tc>
        <w:tc>
          <w:tcPr>
            <w:tcW w:type="dxa" w:w="6912"/>
            <w:tcMar>
              <w:top w:w="10" w:type="dxa"/>
              <w:bottom w:w="10" w:type="dxa"/>
              <w:left w:w="0" w:type="dxa"/>
              <w:right w:w="0" w:type="dxa"/>
            </w:tcMar>
          </w:tcPr>
          <w:p>
            <w:pPr>
              <w:spacing w:after="60" w:before="0"/>
            </w:pPr>
            <w:r>
              <w:t>...................................................................................................................</w:t>
            </w:r>
          </w:p>
        </w:tc>
      </w:tr>
      <w:tr>
        <w:tc>
          <w:tcPr>
            <w:tcW w:type="dxa" w:w="2880"/>
            <w:tcMar>
              <w:top w:w="10" w:type="dxa"/>
              <w:bottom w:w="10" w:type="dxa"/>
              <w:left w:w="0" w:type="dxa"/>
              <w:right w:w="0" w:type="dxa"/>
            </w:tcMar>
          </w:tcPr>
          <w:p>
            <w:pPr>
              <w:spacing w:after="60" w:before="0"/>
            </w:pPr>
            <w:r>
              <w:t>Pekerjaan Orang Tua / Wali</w:t>
            </w:r>
          </w:p>
        </w:tc>
        <w:tc>
          <w:tcPr>
            <w:tcW w:type="dxa" w:w="216"/>
            <w:tcMar>
              <w:top w:w="10" w:type="dxa"/>
              <w:bottom w:w="10" w:type="dxa"/>
              <w:left w:w="0" w:type="dxa"/>
              <w:right w:w="0" w:type="dxa"/>
            </w:tcMar>
          </w:tcPr>
          <w:p>
            <w:pPr>
              <w:spacing w:after="60" w:before="0"/>
            </w:pPr>
            <w:r>
              <w:t>:</w:t>
            </w:r>
          </w:p>
        </w:tc>
        <w:tc>
          <w:tcPr>
            <w:tcW w:type="dxa" w:w="6912"/>
            <w:tcMar>
              <w:top w:w="10" w:type="dxa"/>
              <w:bottom w:w="10" w:type="dxa"/>
              <w:left w:w="0" w:type="dxa"/>
              <w:right w:w="0" w:type="dxa"/>
            </w:tcMar>
          </w:tcPr>
          <w:p>
            <w:pPr>
              <w:spacing w:after="60" w:before="0"/>
            </w:pPr>
            <w:r>
              <w:t>...................................................................................................................</w:t>
            </w:r>
          </w:p>
        </w:tc>
      </w:tr>
      <w:tr>
        <w:tc>
          <w:tcPr>
            <w:tcW w:type="dxa" w:w="2880"/>
            <w:tcMar>
              <w:top w:w="10" w:type="dxa"/>
              <w:bottom w:w="10" w:type="dxa"/>
              <w:left w:w="0" w:type="dxa"/>
              <w:right w:w="0" w:type="dxa"/>
            </w:tcMar>
          </w:tcPr>
          <w:p>
            <w:pPr>
              <w:spacing w:after="60" w:before="0"/>
            </w:pPr>
            <w:r>
              <w:t>No. Telepon / HP / WA</w:t>
            </w:r>
          </w:p>
        </w:tc>
        <w:tc>
          <w:tcPr>
            <w:tcW w:type="dxa" w:w="216"/>
            <w:tcMar>
              <w:top w:w="10" w:type="dxa"/>
              <w:bottom w:w="10" w:type="dxa"/>
              <w:left w:w="0" w:type="dxa"/>
              <w:right w:w="0" w:type="dxa"/>
            </w:tcMar>
          </w:tcPr>
          <w:p>
            <w:pPr>
              <w:spacing w:after="60" w:before="0"/>
            </w:pPr>
            <w:r>
              <w:t>:</w:t>
            </w:r>
          </w:p>
        </w:tc>
        <w:tc>
          <w:tcPr>
            <w:tcW w:type="dxa" w:w="6912"/>
            <w:tcMar>
              <w:top w:w="10" w:type="dxa"/>
              <w:bottom w:w="10" w:type="dxa"/>
              <w:left w:w="0" w:type="dxa"/>
              <w:right w:w="0" w:type="dxa"/>
            </w:tcMar>
          </w:tcPr>
          <w:p>
            <w:pPr>
              <w:spacing w:after="60" w:before="0"/>
            </w:pPr>
            <w:r>
              <w:t>...................................................................................................................</w:t>
            </w:r>
          </w:p>
        </w:tc>
      </w:tr>
      <w:tr>
        <w:tc>
          <w:tcPr>
            <w:tcW w:type="dxa" w:w="2880"/>
            <w:tcMar>
              <w:top w:w="10" w:type="dxa"/>
              <w:bottom w:w="10" w:type="dxa"/>
              <w:left w:w="0" w:type="dxa"/>
              <w:right w:w="0" w:type="dxa"/>
            </w:tcMar>
          </w:tcPr>
          <w:p>
            <w:pPr>
              <w:spacing w:after="60" w:before="0"/>
            </w:pPr>
            <w:r>
              <w:t>Alamat Rumah / Domisili</w:t>
            </w:r>
          </w:p>
        </w:tc>
        <w:tc>
          <w:tcPr>
            <w:tcW w:type="dxa" w:w="216"/>
            <w:tcMar>
              <w:top w:w="10" w:type="dxa"/>
              <w:bottom w:w="10" w:type="dxa"/>
              <w:left w:w="0" w:type="dxa"/>
              <w:right w:w="0" w:type="dxa"/>
            </w:tcMar>
          </w:tcPr>
          <w:p>
            <w:pPr>
              <w:spacing w:after="60" w:before="0"/>
            </w:pPr>
            <w:r>
              <w:t>:</w:t>
            </w:r>
          </w:p>
        </w:tc>
        <w:tc>
          <w:tcPr>
            <w:tcW w:type="dxa" w:w="6912"/>
            <w:tcMar>
              <w:top w:w="10" w:type="dxa"/>
              <w:bottom w:w="10" w:type="dxa"/>
              <w:left w:w="0" w:type="dxa"/>
              <w:right w:w="0" w:type="dxa"/>
            </w:tcMar>
          </w:tcPr>
          <w:p>
            <w:pPr>
              <w:spacing w:after="60" w:before="0"/>
            </w:pPr>
            <w:r>
              <w:t>...................................................................................................................</w:t>
            </w:r>
          </w:p>
        </w:tc>
      </w:tr>
      <w:tr>
        <w:tc>
          <w:tcPr>
            <w:tcW w:type="dxa" w:w="2880"/>
            <w:tcMar>
              <w:top w:w="10" w:type="dxa"/>
              <w:bottom w:w="10" w:type="dxa"/>
              <w:left w:w="0" w:type="dxa"/>
              <w:right w:w="0" w:type="dxa"/>
            </w:tcMar>
          </w:tcPr>
          <w:p>
            <w:pPr>
              <w:spacing w:after="60" w:before="0"/>
            </w:pPr>
            <w:r>
              <w:rPr>
                <w:b/>
              </w:rPr>
              <w:t>Selaku Orang Tua / Wali dari Siswa:</w:t>
            </w:r>
          </w:p>
        </w:tc>
        <w:tc>
          <w:tcPr>
            <w:tcW w:type="dxa" w:w="216"/>
            <w:tcMar>
              <w:top w:w="10" w:type="dxa"/>
              <w:bottom w:w="10" w:type="dxa"/>
              <w:left w:w="0" w:type="dxa"/>
              <w:right w:w="0" w:type="dxa"/>
            </w:tcMar>
          </w:tcPr>
          <w:p>
            <w:pPr>
              <w:spacing w:after="60" w:before="0"/>
            </w:pPr>
          </w:p>
        </w:tc>
        <w:tc>
          <w:tcPr>
            <w:tcW w:type="dxa" w:w="6912"/>
            <w:tcMar>
              <w:top w:w="10" w:type="dxa"/>
              <w:bottom w:w="10" w:type="dxa"/>
              <w:left w:w="0" w:type="dxa"/>
              <w:right w:w="0" w:type="dxa"/>
            </w:tcMar>
          </w:tcPr>
          <w:p>
            <w:pPr>
              <w:spacing w:after="60" w:before="0"/>
            </w:pPr>
          </w:p>
        </w:tc>
      </w:tr>
      <w:tr>
        <w:tc>
          <w:tcPr>
            <w:tcW w:type="dxa" w:w="2880"/>
            <w:tcMar>
              <w:top w:w="10" w:type="dxa"/>
              <w:bottom w:w="10" w:type="dxa"/>
              <w:left w:w="0" w:type="dxa"/>
              <w:right w:w="0" w:type="dxa"/>
            </w:tcMar>
          </w:tcPr>
          <w:p>
            <w:pPr>
              <w:spacing w:after="60" w:before="0"/>
            </w:pPr>
            <w:r>
              <w:t>Nama Lengkap Siswa</w:t>
            </w:r>
          </w:p>
        </w:tc>
        <w:tc>
          <w:tcPr>
            <w:tcW w:type="dxa" w:w="216"/>
            <w:tcMar>
              <w:top w:w="10" w:type="dxa"/>
              <w:bottom w:w="10" w:type="dxa"/>
              <w:left w:w="0" w:type="dxa"/>
              <w:right w:w="0" w:type="dxa"/>
            </w:tcMar>
          </w:tcPr>
          <w:p>
            <w:pPr>
              <w:spacing w:after="60" w:before="0"/>
            </w:pPr>
            <w:r>
              <w:t>:</w:t>
            </w:r>
          </w:p>
        </w:tc>
        <w:tc>
          <w:tcPr>
            <w:tcW w:type="dxa" w:w="6912"/>
            <w:tcMar>
              <w:top w:w="10" w:type="dxa"/>
              <w:bottom w:w="10" w:type="dxa"/>
              <w:left w:w="0" w:type="dxa"/>
              <w:right w:w="0" w:type="dxa"/>
            </w:tcMar>
          </w:tcPr>
          <w:p>
            <w:pPr>
              <w:spacing w:after="60" w:before="0"/>
            </w:pPr>
            <w:r>
              <w:t>...................................................................................................................</w:t>
            </w:r>
          </w:p>
        </w:tc>
      </w:tr>
      <w:tr>
        <w:tc>
          <w:tcPr>
            <w:tcW w:type="dxa" w:w="2880"/>
            <w:tcMar>
              <w:top w:w="10" w:type="dxa"/>
              <w:bottom w:w="10" w:type="dxa"/>
              <w:left w:w="0" w:type="dxa"/>
              <w:right w:w="0" w:type="dxa"/>
            </w:tcMar>
          </w:tcPr>
          <w:p>
            <w:pPr>
              <w:spacing w:after="60" w:before="0"/>
            </w:pPr>
            <w:r>
              <w:t>Kelas / Rombongan Belajar</w:t>
            </w:r>
          </w:p>
        </w:tc>
        <w:tc>
          <w:tcPr>
            <w:tcW w:type="dxa" w:w="216"/>
            <w:tcMar>
              <w:top w:w="10" w:type="dxa"/>
              <w:bottom w:w="10" w:type="dxa"/>
              <w:left w:w="0" w:type="dxa"/>
              <w:right w:w="0" w:type="dxa"/>
            </w:tcMar>
          </w:tcPr>
          <w:p>
            <w:pPr>
              <w:spacing w:after="60" w:before="0"/>
            </w:pPr>
            <w:r>
              <w:t>:</w:t>
            </w:r>
          </w:p>
        </w:tc>
        <w:tc>
          <w:tcPr>
            <w:tcW w:type="dxa" w:w="6912"/>
            <w:tcMar>
              <w:top w:w="10" w:type="dxa"/>
              <w:bottom w:w="10" w:type="dxa"/>
              <w:left w:w="0" w:type="dxa"/>
              <w:right w:w="0" w:type="dxa"/>
            </w:tcMar>
          </w:tcPr>
          <w:p>
            <w:pPr>
              <w:spacing w:after="60" w:before="0"/>
            </w:pPr>
            <w:r>
              <w:t>...................................................................................................................</w:t>
            </w:r>
          </w:p>
        </w:tc>
      </w:tr>
      <w:tr>
        <w:tc>
          <w:tcPr>
            <w:tcW w:type="dxa" w:w="2880"/>
            <w:tcMar>
              <w:top w:w="10" w:type="dxa"/>
              <w:bottom w:w="10" w:type="dxa"/>
              <w:left w:w="0" w:type="dxa"/>
              <w:right w:w="0" w:type="dxa"/>
            </w:tcMar>
          </w:tcPr>
          <w:p>
            <w:pPr>
              <w:spacing w:after="60" w:before="0"/>
            </w:pPr>
            <w:r>
              <w:t>Nomor Induk Siswa (NIS)</w:t>
            </w:r>
          </w:p>
        </w:tc>
        <w:tc>
          <w:tcPr>
            <w:tcW w:type="dxa" w:w="216"/>
            <w:tcMar>
              <w:top w:w="10" w:type="dxa"/>
              <w:bottom w:w="10" w:type="dxa"/>
              <w:left w:w="0" w:type="dxa"/>
              <w:right w:w="0" w:type="dxa"/>
            </w:tcMar>
          </w:tcPr>
          <w:p>
            <w:pPr>
              <w:spacing w:after="60" w:before="0"/>
            </w:pPr>
            <w:r>
              <w:t>:</w:t>
            </w:r>
          </w:p>
        </w:tc>
        <w:tc>
          <w:tcPr>
            <w:tcW w:type="dxa" w:w="6912"/>
            <w:tcMar>
              <w:top w:w="10" w:type="dxa"/>
              <w:bottom w:w="10" w:type="dxa"/>
              <w:left w:w="0" w:type="dxa"/>
              <w:right w:w="0" w:type="dxa"/>
            </w:tcMar>
          </w:tcPr>
          <w:p>
            <w:pPr>
              <w:spacing w:after="60" w:before="0"/>
            </w:pPr>
            <w:r>
              <w:t>...................................................................................................................</w:t>
            </w:r>
          </w:p>
        </w:tc>
      </w:tr>
    </w:tbl>
    <w:p>
      <w:pPr>
        <w:spacing w:before="200" w:after="160"/>
      </w:pPr>
      <w:r>
        <w:t>Dengan ini menyatakan bahwa selaku Orang Tua/Wali Murid yang bersangkutan: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037"/>
      </w:tblGrid>
      <w:tr>
        <w:tc>
          <w:tcPr>
            <w:tcW w:type="dxa" w:w="10008"/>
          </w:tcPr>
          <w:p>
            <w:pPr>
              <w:spacing w:before="120" w:after="120"/>
              <w:jc w:val="center"/>
            </w:pPr>
            <w:r>
              <w:rPr>
                <w:b/>
                <w:sz w:val="22"/>
              </w:rPr>
              <w:t>[    ]   MENGIZINKAN                             [    ]   TIDAK MENGIZINKAN</w:t>
            </w:r>
          </w:p>
        </w:tc>
      </w:tr>
    </w:tbl>
    <w:p>
      <w:pPr>
        <w:spacing w:before="160" w:after="200"/>
      </w:pPr>
      <w:r>
        <w:t xml:space="preserve">anak saya untuk mengikuti Kegiatan Karyawisata / Study Tour Kelas XI ke Yogyakarta pada tanggal </w:t>
      </w:r>
      <w:r>
        <w:rPr>
          <w:b/>
        </w:rPr>
        <w:t>15 – 16 Agustus 2026</w:t>
      </w:r>
      <w:r>
        <w:t>.</w:t>
      </w:r>
    </w:p>
    <w:p>
      <w:pPr>
        <w:spacing w:before="120" w:after="40"/>
      </w:pPr>
      <w:r>
        <w:rPr>
          <w:b/>
          <w:sz w:val="19"/>
        </w:rPr>
        <w:t>* Catatan Khusus Riwayat Kesehatan / Alergi Anak (wajib diisi bila ada):</w:t>
      </w:r>
    </w:p>
    <w:p>
      <w:pPr>
        <w:spacing w:after="320"/>
      </w:pPr>
      <w:r>
        <w:rPr>
          <w:sz w:val="19"/>
        </w:rPr>
        <w:t>...........................................................................................................................................................................................</w:t>
        <w:br/>
        <w:t>...........................................................................................................................................................................................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18"/>
        <w:gridCol w:w="5018"/>
      </w:tblGrid>
      <w:tr>
        <w:tc>
          <w:tcPr>
            <w:tcW w:type="dxa" w:w="5040"/>
          </w:tcPr>
          <w:p/>
        </w:tc>
        <w:tc>
          <w:tcPr>
            <w:tcW w:type="dxa" w:w="4968"/>
          </w:tcPr>
          <w:p>
            <w:pPr>
              <w:spacing w:after="0"/>
              <w:jc w:val="center"/>
            </w:pPr>
            <w:r>
              <w:t>Yogyakarta, .................................... 2026</w:t>
              <w:br/>
              <w:t>Hormat kami,</w:t>
              <w:br/>
              <w:t>Orang Tua / Wali Murid,</w:t>
              <w:br/>
              <w:br/>
              <w:br/>
              <w:br/>
              <w:br/>
            </w:r>
            <w:r>
              <w:rPr>
                <w:b/>
                <w:u w:val="single"/>
              </w:rPr>
              <w:t>( ............................................................ )</w:t>
            </w:r>
            <w:r>
              <w:rPr>
                <w:sz w:val="18"/>
              </w:rPr>
              <w:br/>
              <w:t>Tanda Tangan &amp; Nama Terang</w:t>
            </w:r>
          </w:p>
        </w:tc>
      </w:tr>
    </w:tbl>
    <w:sectPr w:rsidR="00FC693F" w:rsidRPr="0006063C" w:rsidSect="00034616">
      <w:pgSz w:w="11909" w:h="16834"/>
      <w:pgMar w:top="720" w:right="936" w:bottom="720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