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rPr>
          <w:b/>
          <w:sz w:val="22"/>
        </w:rPr>
        <w:t>PEMERINTAH KABUPATEN SLEMAN</w:t>
        <w:br/>
        <w:t>DINAS PENDIDIKAN</w:t>
      </w:r>
    </w:p>
    <w:p>
      <w:pPr>
        <w:spacing w:before="0" w:after="40"/>
        <w:jc w:val="center"/>
      </w:pPr>
      <w:r>
        <w:rPr>
          <w:b/>
          <w:sz w:val="28"/>
        </w:rPr>
        <w:t>SMP NEGERI 2 INDONESIA</w:t>
      </w:r>
    </w:p>
    <w:p>
      <w:pPr>
        <w:spacing w:before="0" w:after="40"/>
        <w:jc w:val="center"/>
      </w:pPr>
      <w:r>
        <w:rPr>
          <w:sz w:val="18"/>
        </w:rPr>
        <w:t>Jl. Kenanga No. 8, Sleman 55511 | Telp. (0274) 654321 | Faks. (0274) 654322</w:t>
        <w:br/>
        <w:t>Website: www.smpn2indonesia.sch.id | Email: info@smpn2indonesia.sch.id</w:t>
      </w:r>
    </w:p>
    <w:p>
      <w:pPr>
        <w:spacing w:before="0" w:after="160"/>
        <w:pBdr>
          <w:bottom w:val="double" w:sz="18" w:space="1" w:color="000000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115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Nomor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:</w:t>
            </w:r>
          </w:p>
        </w:tc>
        <w:tc>
          <w:tcPr>
            <w:tcW w:type="dxa" w:w="56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422/031/SMP.02/IX/2026</w:t>
            </w:r>
          </w:p>
        </w:tc>
        <w:tc>
          <w:tcPr>
            <w:tcW w:type="dxa" w:w="3024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  <w:jc w:val="right"/>
            </w:pPr>
            <w:r>
              <w:t>Sleman, 25 Agustus 2026</w:t>
            </w:r>
          </w:p>
        </w:tc>
      </w:tr>
      <w:tr>
        <w:tc>
          <w:tcPr>
            <w:tcW w:type="dxa" w:w="115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Lampiran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:</w:t>
            </w:r>
          </w:p>
        </w:tc>
        <w:tc>
          <w:tcPr>
            <w:tcW w:type="dxa" w:w="56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1 (satu) Berkas Lembar Persetujuan &amp; Riwayat Kesehatan</w:t>
            </w:r>
          </w:p>
        </w:tc>
        <w:tc>
          <w:tcPr>
            <w:tcW w:type="dxa" w:w="3024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  <w:jc w:val="right"/>
            </w:pPr>
            <w:r/>
          </w:p>
        </w:tc>
      </w:tr>
      <w:tr>
        <w:tc>
          <w:tcPr>
            <w:tcW w:type="dxa" w:w="115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Perihal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:</w:t>
            </w:r>
          </w:p>
        </w:tc>
        <w:tc>
          <w:tcPr>
            <w:tcW w:type="dxa" w:w="56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rPr>
                <w:b/>
              </w:rPr>
              <w:t>Pemberitahuan Kegiatan Perkemahan Sabtu Minggu (Persami)</w:t>
            </w:r>
          </w:p>
        </w:tc>
        <w:tc>
          <w:tcPr>
            <w:tcW w:type="dxa" w:w="3024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  <w:jc w:val="right"/>
            </w:pPr>
            <w:r/>
          </w:p>
        </w:tc>
      </w:tr>
    </w:tbl>
    <w:p>
      <w:pPr>
        <w:spacing w:before="40" w:after="0"/>
      </w:pPr>
    </w:p>
    <w:p>
      <w:pPr>
        <w:spacing w:after="120"/>
      </w:pPr>
      <w:r>
        <w:rPr>
          <w:sz w:val="21"/>
        </w:rPr>
        <w:t xml:space="preserve">Yth. </w:t>
      </w:r>
      <w:r>
        <w:rPr>
          <w:b/>
        </w:rPr>
        <w:t>Bapak/Ibu Orang Tua/Wali Murid Kelas VII</w:t>
        <w:br/>
      </w:r>
      <w:r>
        <w:t>SMP Negeri 2 Indonesia</w:t>
        <w:br/>
        <w:t>di Tempat</w:t>
      </w:r>
    </w:p>
    <w:p>
      <w:pPr>
        <w:spacing w:after="60"/>
      </w:pPr>
      <w:r>
        <w:t>Dengan hormat,</w:t>
      </w:r>
    </w:p>
    <w:p>
      <w:pPr>
        <w:spacing w:after="100"/>
        <w:ind w:firstLine="504"/>
        <w:jc w:val="both"/>
      </w:pPr>
      <w:r>
        <w:t xml:space="preserve">Dalam rangka pembentukan karakter, kedisiplinan, kemandirian, serta pelantikan Tamu Penggalang pada Gerakan Pramuka Gugus Depan SMP Negeri 2 Indonesia, pihak sekolah akan menyelenggarakan kegiatan </w:t>
      </w:r>
      <w:r>
        <w:rPr>
          <w:b/>
        </w:rPr>
        <w:t>Perkemahan Sabtu Minggu (Persami) Latihan Dasar Kepemimpinan Siswa (LDKS) Tahun Ajaran 2026/2027</w:t>
      </w:r>
      <w:r>
        <w:t>.</w:t>
      </w:r>
    </w:p>
    <w:p>
      <w:pPr>
        <w:spacing w:after="40"/>
      </w:pPr>
      <w:r>
        <w:t>Adapun rincian pelaksanaan kegiatan perkemahan tersebut akan diselenggarakan pada: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c>
          <w:tcPr>
            <w:tcW w:type="dxa" w:w="2592"/>
          </w:tcPr>
          <w:p>
            <w:pPr>
              <w:spacing w:after="40"/>
              <w:jc w:val="center"/>
            </w:pPr>
            <w:r>
              <w:rPr>
                <w:b/>
              </w:rPr>
              <w:t>Komponen</w:t>
            </w:r>
          </w:p>
        </w:tc>
        <w:tc>
          <w:tcPr>
            <w:tcW w:type="dxa" w:w="7416"/>
          </w:tcPr>
          <w:p>
            <w:pPr>
              <w:spacing w:after="40"/>
              <w:jc w:val="center"/>
            </w:pPr>
            <w:r>
              <w:rPr>
                <w:b/>
              </w:rPr>
              <w:t>Rincian Keterangan Pelaksanaan</w:t>
            </w:r>
          </w:p>
        </w:tc>
      </w:tr>
      <w:tr>
        <w:tc>
          <w:tcPr>
            <w:tcW w:type="dxa" w:w="2592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rPr>
                <w:b/>
              </w:rPr>
              <w:t>Hari, Tanggal</w:t>
            </w:r>
          </w:p>
        </w:tc>
        <w:tc>
          <w:tcPr>
            <w:tcW w:type="dxa" w:w="7416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t>Sabtu – Minggu, 5 – 6 September 2026 (2 Hari 1 Malam)</w:t>
            </w:r>
          </w:p>
        </w:tc>
      </w:tr>
      <w:tr>
        <w:tc>
          <w:tcPr>
            <w:tcW w:type="dxa" w:w="2592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rPr>
                <w:b/>
              </w:rPr>
              <w:t>Waktu Berkumpul</w:t>
            </w:r>
          </w:p>
        </w:tc>
        <w:tc>
          <w:tcPr>
            <w:tcW w:type="dxa" w:w="7416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t>Sabtu, 5 September 2026 pukul 06.30 WIB di Lapangan Sekolah</w:t>
            </w:r>
          </w:p>
        </w:tc>
      </w:tr>
      <w:tr>
        <w:tc>
          <w:tcPr>
            <w:tcW w:type="dxa" w:w="2592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rPr>
                <w:b/>
              </w:rPr>
              <w:t>Lokasi Perkemahan</w:t>
            </w:r>
          </w:p>
        </w:tc>
        <w:tc>
          <w:tcPr>
            <w:tcW w:type="dxa" w:w="7416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t>Bumi Perkemahan Kaliurang, Sleman, D.I. Yogyakarta</w:t>
            </w:r>
          </w:p>
        </w:tc>
      </w:tr>
      <w:tr>
        <w:tc>
          <w:tcPr>
            <w:tcW w:type="dxa" w:w="2592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rPr>
                <w:b/>
              </w:rPr>
              <w:t>Peserta Kegiatan</w:t>
            </w:r>
          </w:p>
        </w:tc>
        <w:tc>
          <w:tcPr>
            <w:tcW w:type="dxa" w:w="7416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t>Seluruh Siswa-Siswi Kelas VII SMP Negeri 2 Indonesia</w:t>
            </w:r>
          </w:p>
        </w:tc>
      </w:tr>
      <w:tr>
        <w:tc>
          <w:tcPr>
            <w:tcW w:type="dxa" w:w="2592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rPr>
                <w:b/>
              </w:rPr>
              <w:t>Agenda Utama</w:t>
            </w:r>
          </w:p>
        </w:tc>
        <w:tc>
          <w:tcPr>
            <w:tcW w:type="dxa" w:w="7416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t>Penerimaan Tamu Penggalang, Pelatihan Kepemimpinan, Api Unggun, Pentas Seni, PBB, &amp; Bakti Sosial</w:t>
            </w:r>
          </w:p>
        </w:tc>
      </w:tr>
    </w:tbl>
    <w:p>
      <w:pPr>
        <w:spacing w:before="100" w:after="60"/>
      </w:pPr>
      <w:r>
        <w:t>Demi kelancaran, keselamatan, dan ketertiban selama kegiatan berlangsung, kami mengimbau beberapa ketentuan penting bagi seluruh peserta:</w:t>
      </w:r>
    </w:p>
    <w:p>
      <w:pPr>
        <w:spacing w:after="50"/>
        <w:ind w:left="360" w:hanging="360"/>
        <w:jc w:val="both"/>
      </w:pPr>
      <w:r>
        <w:t xml:space="preserve">1. </w:t>
      </w:r>
      <w:r>
        <w:rPr>
          <w:b/>
        </w:rPr>
        <w:t xml:space="preserve">Perlengkapan Wajib Individu: </w:t>
      </w:r>
      <w:r>
        <w:t>Seragam Pramuka lengkap, pakaian olahraga/lapangan, jaket tebal/sweatshirt, sleeping bag/selimut, jas hujan/ponco, peralatan ibadah, peralatan mandi, obat-obatan pribadi, senter, dan sepatu olahraga.</w:t>
      </w:r>
    </w:p>
    <w:p>
      <w:pPr>
        <w:spacing w:after="50"/>
        <w:ind w:left="360" w:hanging="360"/>
        <w:jc w:val="both"/>
      </w:pPr>
      <w:r>
        <w:t xml:space="preserve">2. </w:t>
      </w:r>
      <w:r>
        <w:rPr>
          <w:b/>
        </w:rPr>
        <w:t xml:space="preserve">Perlengkapan Kelompok (Regu): </w:t>
      </w:r>
      <w:r>
        <w:t>Tenda regu, tongkat, tali temali, dan matras dialokasikan serta disiapkan oleh sekolah bersama pembina Pramuka.</w:t>
      </w:r>
    </w:p>
    <w:p>
      <w:pPr>
        <w:spacing w:after="50"/>
        <w:ind w:left="360" w:hanging="360"/>
        <w:jc w:val="both"/>
      </w:pPr>
      <w:r>
        <w:t xml:space="preserve">3. </w:t>
      </w:r>
      <w:r>
        <w:t>Siswa dilarang membawa perhiasan berharga, barang elektronik berlebih, atau benda tajam di luar ketentuan Pramuka.</w:t>
      </w:r>
    </w:p>
    <w:p>
      <w:pPr>
        <w:spacing w:after="50"/>
        <w:ind w:left="360" w:hanging="360"/>
        <w:jc w:val="both"/>
      </w:pPr>
      <w:r>
        <w:t xml:space="preserve">4. </w:t>
      </w:r>
      <w:r>
        <w:t xml:space="preserve">Mohon Bapak/Ibu Orang Tua/Wali Murid mengumpulkan </w:t>
      </w:r>
      <w:r>
        <w:rPr>
          <w:b/>
        </w:rPr>
        <w:t>Lembar Persetujuan &amp; Informasi Kesehatan pada Halaman 2</w:t>
      </w:r>
      <w:r>
        <w:t xml:space="preserve"> kepada Pembina / Wali Kelas paling lambat tanggal 1 September 2026.</w:t>
      </w:r>
    </w:p>
    <w:p>
      <w:pPr>
        <w:spacing w:before="80" w:after="160"/>
        <w:ind w:firstLine="504"/>
        <w:jc w:val="both"/>
      </w:pPr>
      <w:r>
        <w:t>Demikian surat pemberitahuan ini kami sampaikan. Atas perhatian, dukungan, dan kerja sama Bapak/Ibu demi pembentukan karakter putra-putri kita, kami ucapkan terima kasih.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c>
          <w:tcPr>
            <w:tcW w:type="dxa" w:w="4997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t>Mengetahui,</w:t>
              <w:br/>
              <w:t>Pembina Pramuka / Kesiswaan,</w:t>
            </w:r>
          </w:p>
        </w:tc>
        <w:tc>
          <w:tcPr>
            <w:tcW w:type="dxa" w:w="5011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t>Ketua Pelaksana Persami,</w:t>
            </w:r>
          </w:p>
        </w:tc>
      </w:tr>
      <w:tr>
        <w:tc>
          <w:tcPr>
            <w:tcW w:type="dxa" w:w="4997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before="800"/>
            </w:pPr>
          </w:p>
        </w:tc>
        <w:tc>
          <w:tcPr>
            <w:tcW w:type="dxa" w:w="5011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before="800"/>
            </w:pPr>
          </w:p>
        </w:tc>
      </w:tr>
      <w:tr>
        <w:tc>
          <w:tcPr>
            <w:tcW w:type="dxa" w:w="4997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rPr>
                <w:b/>
                <w:u w:val="single"/>
              </w:rPr>
              <w:t>Bambang Wijaya, S.Pd.</w:t>
            </w:r>
            <w:r>
              <w:br/>
              <w:t>NIP. 19820412 200801 1 005</w:t>
            </w:r>
          </w:p>
        </w:tc>
        <w:tc>
          <w:tcPr>
            <w:tcW w:type="dxa" w:w="5011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rPr>
                <w:b/>
                <w:u w:val="single"/>
              </w:rPr>
              <w:t>Eko Prasetyo, S.Pd.</w:t>
            </w:r>
            <w:r>
              <w:br/>
              <w:t>NIP. 19890615 201402 1 003</w:t>
            </w:r>
          </w:p>
        </w:tc>
      </w:tr>
    </w:tbl>
    <w:p>
      <w:pPr>
        <w:spacing w:before="200" w:after="900"/>
        <w:jc w:val="center"/>
      </w:pPr>
      <w:r>
        <w:t>Mengesahkan,</w:t>
        <w:br/>
        <w:t>Kepala Sekolah SMP Negeri 2 Indonesia,</w:t>
      </w:r>
    </w:p>
    <w:p>
      <w:pPr>
        <w:spacing w:before="0" w:after="0"/>
        <w:jc w:val="center"/>
      </w:pPr>
      <w:r>
        <w:rPr>
          <w:b/>
          <w:u w:val="single"/>
        </w:rPr>
        <w:t>Dra. Hj. Nurul Hidayah, M.Pd.</w:t>
      </w:r>
      <w:r>
        <w:br/>
        <w:t>NIP. 19690920 199403 2 001</w:t>
      </w:r>
    </w:p>
    <w:p>
      <w:r>
        <w:br w:type="page"/>
      </w:r>
    </w:p>
    <w:p>
      <w:pPr>
        <w:spacing w:before="0" w:after="40"/>
        <w:jc w:val="center"/>
      </w:pPr>
      <w:r>
        <w:rPr>
          <w:b/>
          <w:sz w:val="24"/>
        </w:rPr>
        <w:t>GUGUS DEPAN GERAKAN PRAMUKA</w:t>
        <w:br/>
        <w:t>SMP NEGERI 2 INDONESIA</w:t>
      </w:r>
    </w:p>
    <w:p>
      <w:pPr>
        <w:spacing w:after="80"/>
        <w:jc w:val="center"/>
      </w:pPr>
      <w:r>
        <w:rPr>
          <w:sz w:val="19"/>
        </w:rPr>
        <w:t>Tahun Ajaran 2026/2027 | Lampiran Surat Nomor: 422/031/SMP.02/IX/2026</w:t>
      </w:r>
    </w:p>
    <w:p>
      <w:pPr>
        <w:spacing w:before="0" w:after="280"/>
        <w:pBdr>
          <w:bottom w:val="double" w:sz="18" w:space="1" w:color="000000"/>
        </w:pBdr>
      </w:pPr>
    </w:p>
    <w:p>
      <w:pPr>
        <w:spacing w:after="200"/>
        <w:jc w:val="center"/>
      </w:pPr>
      <w:r>
        <w:rPr>
          <w:b/>
          <w:sz w:val="24"/>
          <w:u w:val="single"/>
        </w:rPr>
        <w:t>LEMBAR PERSETUJUAN &amp; RIWAYAT KESEHATAN SISWA</w:t>
      </w:r>
    </w:p>
    <w:p>
      <w:pPr>
        <w:spacing w:after="120"/>
      </w:pPr>
      <w:r>
        <w:t>Saya yang bertanda tangan di bawah ini: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46"/>
        <w:gridCol w:w="3346"/>
        <w:gridCol w:w="3346"/>
      </w:tblGrid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Nama Orang Tua / Wali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Pekerjaan Orang Tua / Wali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No. Telepon / HP / WA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Alamat Rumah / Domisili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rPr>
                <w:b/>
              </w:rPr>
              <w:t>Selaku Orang Tua / Wali dari Siswa: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Nama Lengkap Siswa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Kelas / Regu Pramuka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Nomor Induk Siswa (NIS)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</w:tbl>
    <w:p>
      <w:pPr>
        <w:spacing w:before="200" w:after="160"/>
      </w:pPr>
      <w:r>
        <w:t>Dengan ini menyatakan bahwa selaku Orang Tua/Wali Murid yang bersangkutan: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37"/>
      </w:tblGrid>
      <w:tr>
        <w:tc>
          <w:tcPr>
            <w:tcW w:type="dxa" w:w="10008"/>
          </w:tcPr>
          <w:p>
            <w:pPr>
              <w:spacing w:before="120" w:after="120"/>
              <w:jc w:val="center"/>
            </w:pPr>
            <w:r>
              <w:rPr>
                <w:b/>
                <w:sz w:val="22"/>
              </w:rPr>
              <w:t>[    ]   MENGIZINKAN                             [    ]   TIDAK MENGIZINKAN</w:t>
            </w:r>
          </w:p>
        </w:tc>
      </w:tr>
    </w:tbl>
    <w:p>
      <w:pPr>
        <w:spacing w:before="160" w:after="200"/>
      </w:pPr>
      <w:r>
        <w:t xml:space="preserve">anak saya untuk mengikuti Kegiatan Perkemahan Sabtu Minggu (Persami) di Bumi Perkemahan Kaliurang pada tanggal </w:t>
      </w:r>
      <w:r>
        <w:rPr>
          <w:b/>
        </w:rPr>
        <w:t>5 – 6 September 2026</w:t>
      </w:r>
      <w:r>
        <w:t>.</w:t>
      </w:r>
    </w:p>
    <w:p>
      <w:pPr>
        <w:spacing w:before="120" w:after="80"/>
      </w:pPr>
      <w:r>
        <w:rPr>
          <w:b/>
          <w:sz w:val="19"/>
        </w:rPr>
        <w:t>* Informasi Khusus Riwayat Kesehatan Siswa (Wajib diisi demi kebaikan bersama):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46"/>
        <w:gridCol w:w="3346"/>
        <w:gridCol w:w="3346"/>
      </w:tblGrid>
      <w:tr>
        <w:tc>
          <w:tcPr>
            <w:tcW w:type="dxa" w:w="3600"/>
            <w:tcMar>
              <w:top w:w="5" w:type="dxa"/>
              <w:bottom w:w="5" w:type="dxa"/>
              <w:left w:w="0" w:type="dxa"/>
              <w:right w:w="0" w:type="dxa"/>
            </w:tcMar>
          </w:tcPr>
          <w:p>
            <w:pPr>
              <w:spacing w:after="40" w:before="0"/>
            </w:pPr>
            <w:r>
              <w:rPr>
                <w:sz w:val="19"/>
              </w:rPr>
              <w:t>1. Riwayat Penyakit Khusus (Asma/Alergi/dll.)</w:t>
            </w:r>
          </w:p>
        </w:tc>
        <w:tc>
          <w:tcPr>
            <w:tcW w:type="dxa" w:w="216"/>
            <w:tcMar>
              <w:top w:w="5" w:type="dxa"/>
              <w:bottom w:w="5" w:type="dxa"/>
              <w:left w:w="0" w:type="dxa"/>
              <w:right w:w="0" w:type="dxa"/>
            </w:tcMar>
          </w:tcPr>
          <w:p>
            <w:pPr>
              <w:spacing w:after="40" w:before="0"/>
            </w:pPr>
            <w:r>
              <w:rPr>
                <w:sz w:val="19"/>
              </w:rPr>
              <w:t>:</w:t>
            </w:r>
          </w:p>
        </w:tc>
        <w:tc>
          <w:tcPr>
            <w:tcW w:type="dxa" w:w="6192"/>
            <w:tcMar>
              <w:top w:w="5" w:type="dxa"/>
              <w:bottom w:w="5" w:type="dxa"/>
              <w:left w:w="0" w:type="dxa"/>
              <w:right w:w="0" w:type="dxa"/>
            </w:tcMar>
          </w:tcPr>
          <w:p>
            <w:pPr>
              <w:spacing w:after="40" w:before="0"/>
            </w:pPr>
            <w:r>
              <w:rPr>
                <w:sz w:val="19"/>
              </w:rPr>
              <w:t>.................................................................................................</w:t>
            </w:r>
          </w:p>
        </w:tc>
      </w:tr>
      <w:tr>
        <w:tc>
          <w:tcPr>
            <w:tcW w:type="dxa" w:w="3600"/>
            <w:tcMar>
              <w:top w:w="5" w:type="dxa"/>
              <w:bottom w:w="5" w:type="dxa"/>
              <w:left w:w="0" w:type="dxa"/>
              <w:right w:w="0" w:type="dxa"/>
            </w:tcMar>
          </w:tcPr>
          <w:p>
            <w:pPr>
              <w:spacing w:after="40" w:before="0"/>
            </w:pPr>
            <w:r>
              <w:rPr>
                <w:sz w:val="19"/>
              </w:rPr>
              <w:t>2. Pantangan Makanan / Alergi Obat</w:t>
            </w:r>
          </w:p>
        </w:tc>
        <w:tc>
          <w:tcPr>
            <w:tcW w:type="dxa" w:w="216"/>
            <w:tcMar>
              <w:top w:w="5" w:type="dxa"/>
              <w:bottom w:w="5" w:type="dxa"/>
              <w:left w:w="0" w:type="dxa"/>
              <w:right w:w="0" w:type="dxa"/>
            </w:tcMar>
          </w:tcPr>
          <w:p>
            <w:pPr>
              <w:spacing w:after="40" w:before="0"/>
            </w:pPr>
            <w:r>
              <w:rPr>
                <w:sz w:val="19"/>
              </w:rPr>
              <w:t>:</w:t>
            </w:r>
          </w:p>
        </w:tc>
        <w:tc>
          <w:tcPr>
            <w:tcW w:type="dxa" w:w="6192"/>
            <w:tcMar>
              <w:top w:w="5" w:type="dxa"/>
              <w:bottom w:w="5" w:type="dxa"/>
              <w:left w:w="0" w:type="dxa"/>
              <w:right w:w="0" w:type="dxa"/>
            </w:tcMar>
          </w:tcPr>
          <w:p>
            <w:pPr>
              <w:spacing w:after="40" w:before="0"/>
            </w:pPr>
            <w:r>
              <w:rPr>
                <w:sz w:val="19"/>
              </w:rPr>
              <w:t>.................................................................................................</w:t>
            </w:r>
          </w:p>
        </w:tc>
      </w:tr>
      <w:tr>
        <w:tc>
          <w:tcPr>
            <w:tcW w:type="dxa" w:w="3600"/>
            <w:tcMar>
              <w:top w:w="5" w:type="dxa"/>
              <w:bottom w:w="5" w:type="dxa"/>
              <w:left w:w="0" w:type="dxa"/>
              <w:right w:w="0" w:type="dxa"/>
            </w:tcMar>
          </w:tcPr>
          <w:p>
            <w:pPr>
              <w:spacing w:after="40" w:before="0"/>
            </w:pPr>
            <w:r>
              <w:rPr>
                <w:sz w:val="19"/>
              </w:rPr>
              <w:t>3. Obat-Obatan Khusus yang Harus Dibawa</w:t>
            </w:r>
          </w:p>
        </w:tc>
        <w:tc>
          <w:tcPr>
            <w:tcW w:type="dxa" w:w="216"/>
            <w:tcMar>
              <w:top w:w="5" w:type="dxa"/>
              <w:bottom w:w="5" w:type="dxa"/>
              <w:left w:w="0" w:type="dxa"/>
              <w:right w:w="0" w:type="dxa"/>
            </w:tcMar>
          </w:tcPr>
          <w:p>
            <w:pPr>
              <w:spacing w:after="40" w:before="0"/>
            </w:pPr>
            <w:r>
              <w:rPr>
                <w:sz w:val="19"/>
              </w:rPr>
              <w:t>:</w:t>
            </w:r>
          </w:p>
        </w:tc>
        <w:tc>
          <w:tcPr>
            <w:tcW w:type="dxa" w:w="6192"/>
            <w:tcMar>
              <w:top w:w="5" w:type="dxa"/>
              <w:bottom w:w="5" w:type="dxa"/>
              <w:left w:w="0" w:type="dxa"/>
              <w:right w:w="0" w:type="dxa"/>
            </w:tcMar>
          </w:tcPr>
          <w:p>
            <w:pPr>
              <w:spacing w:after="40" w:before="0"/>
            </w:pPr>
            <w:r>
              <w:rPr>
                <w:sz w:val="19"/>
              </w:rPr>
              <w:t>.................................................................................................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c>
          <w:tcPr>
            <w:tcW w:type="dxa" w:w="5040"/>
          </w:tcPr>
          <w:p/>
        </w:tc>
        <w:tc>
          <w:tcPr>
            <w:tcW w:type="dxa" w:w="4968"/>
          </w:tcPr>
          <w:p>
            <w:pPr>
              <w:spacing w:before="300" w:after="0"/>
              <w:jc w:val="center"/>
            </w:pPr>
            <w:r>
              <w:t>Sleman, .................................... 2026</w:t>
              <w:br/>
              <w:t>Hormat kami,</w:t>
              <w:br/>
              <w:t>Orang Tua / Wali Murid,</w:t>
              <w:br/>
              <w:br/>
              <w:br/>
              <w:br/>
              <w:br/>
            </w:r>
            <w:r>
              <w:rPr>
                <w:b/>
                <w:u w:val="single"/>
              </w:rPr>
              <w:t>( ............................................................ )</w:t>
            </w:r>
            <w:r>
              <w:rPr>
                <w:sz w:val="18"/>
              </w:rPr>
              <w:br/>
              <w:t>Tanda Tangan &amp; Nama Terang</w:t>
            </w:r>
          </w:p>
        </w:tc>
      </w:tr>
    </w:tbl>
    <w:sectPr w:rsidR="00FC693F" w:rsidRPr="0006063C" w:rsidSect="00034616">
      <w:pgSz w:w="11909" w:h="16834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